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Test Document for Office File Handler</w:t>
      </w:r>
    </w:p>
    <w:p>
      <w:r>
        <w:t>This is a test document created to verify the office-file-handler skill functionality.</w:t>
      </w:r>
    </w:p>
    <w:p>
      <w:r>
        <w:t>The skill supports various operations:</w:t>
      </w:r>
    </w:p>
    <w:p>
      <w:pPr>
        <w:pStyle w:val="Heading1"/>
      </w:pPr>
      <w:r>
        <w:t>Features</w:t>
      </w:r>
    </w:p>
    <w:p>
      <w:pPr>
        <w:pStyle w:val="ListBullet"/>
      </w:pPr>
      <w:r>
        <w:t>• Read Word documents</w:t>
      </w:r>
    </w:p>
    <w:p>
      <w:pPr>
        <w:pStyle w:val="ListBullet"/>
      </w:pPr>
      <w:r>
        <w:t>• Extract text content</w:t>
      </w:r>
    </w:p>
    <w:p>
      <w:pPr>
        <w:pStyle w:val="ListBullet"/>
      </w:pPr>
      <w:r>
        <w:t>• Support multiple file formats</w:t>
      </w:r>
    </w:p>
    <w:p>
      <w:pPr>
        <w:pStyle w:val="Heading2"/>
      </w:pPr>
      <w:r>
        <w:t>Testing Information</w:t>
      </w:r>
    </w:p>
    <w:p>
      <w:r>
        <w:t>Document created for testing purposes.</w:t>
      </w:r>
    </w:p>
    <w:p>
      <w:r>
        <w:t>Date: 2026-03-05</w:t>
      </w:r>
    </w:p>
    <w:p>
      <w:r>
        <w:t>Purpose: Verify Python 3.14.2 integration with office-file-handler skill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